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של סבתא – סיפור דיגיטלי על עלייה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הסיפור ואת תפקיד כל סצנה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 חוסן והתמודדות בסיפור 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62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מזוודה ישנה מכוסה אבק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שתים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שכנה, מורה וחברה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מה יש במזוודה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הסטוריבורד בנוי משש סצנות קצרות.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במזוודה היו תמונה של הבית ומפתח, לא בגדים.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בסצנה השלישית.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הסצנה האחרונה פונה לצופים ושואלת על המזוודה 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הסצנה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(מזוודה ישנה בעליית גג)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(ספינה בדרך לארץ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(תמונה ומפתח במזוודה)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(מחברת והמילה הראשונה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(אנשים עוזרים ותומכים)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(שאלה לצופים על המזוודה שלהם)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מגלים מזוודה ישנה בעליית 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סבתא עולה לארץ בספינה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פותחים את המזוודה ומוצאים תמונה ומפתח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סבתא לומדת לכתוב את המילה הראשונה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אנשים עוזרים לסבתא להתמודד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המזוודה נסגרת ועולה שאלה לצופים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תיאור חפץ אמיתי, קשר אישי או משפחתי, ולמה הוא משמעותי; שלושה משפטים ברורים.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תמונה של הבית ומפתח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שכנה, מורה וחברה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יש במזוודה (או בחפץ)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תיאור הסצנות ולבקש מהתלמידים לנחש מה קורה לפני קריאת הקריינות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המשימה הכתובה לשיעור חוסן ולדבר על חפצים משמעותיים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ולהתמקד בעובדות הבסיסיות של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של סבתא – סיפור דיגיטלי על עלייה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סיפור קצר על מזוודה של סבתא. היא עלתה לארץ כשהיתה ילדה. נלמד מה קרה בסיפור, ונכתוב על חפץ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סטוריבורד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שמראה מה קורה בכל סצנה בסרטון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סצנה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אחד בתוך הסיפור או הסרטון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קריינות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שמספר את הסיפור בזמן הסרטון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להתגורר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ולהמשיך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שנשאר בלב מהעבר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שהגיע לאחרונה לגור בארץ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אורך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62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רואים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מזוודה ישנה מכוסה אבק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ארון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תיבת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 כמה הייתה 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הראשונה שהיא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עזר לסבתא?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שכנה, מורה וחברה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לא עזר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שואלים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שמכם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יש במזוודה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לאן אתם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צבע אתם אוהבים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מתרחש לאורך שישה סצנות.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במזוודה סבתא מצאה רק בגדים ישנים.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המפתח שבמזוודה כבר לא פותח שום דלת.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עוסק רק בעבר ולא פונה לצופים.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המזוודה הייתה כבדה כי הייתה מלאה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המזוודה היה מפתח ותמונה של ה__________ הישן.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הראשונה שסבתא למדה בעברית הייתה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לסבתא עזרו שכנה, מורה ו__________ מהכיתה.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הסצנה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סצנה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תמונה ומפתח במזוודה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סצנה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עוזרים ותומכים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סצנה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לצופים על המזוודה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סצנה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מזוודה ישנה בעליית גג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סצנה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מחברת והמילה הראשונה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סצנה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ספינה בדרך לארץ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המזוודה ומוצאים תמונה ומפתח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עוזרים לסבתא להתמודד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עולה לארץ בספינה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מגלים מזוודה ישנה בעליית גג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המזוודה נסגרת ועולה שאלה לצופים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לומדת לכתוב את המילה הראשונה בעברית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חישבו על חפץ מהבית שלכם שמספר סיפור. כתבו לפחות שלושה משפטים: מה החפץ, מאיפה הוא הגיע, ולמה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חפצים הופיעו בתוך המזוודה של סבתא?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עזר לסבתא להתמודד עם הקושי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השאלה שהסיפור שואל אותנו בסוף?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המזוודה של סבתא – סיפור דיגיטלי על עלייה וחוסן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