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המזוודה של סבתא – סיפור דיגיטלי על עלייה וחוסן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מהלך הסיפור ואת תפקיד כל סצנה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 חוסן והתמודדות בסיפור עלייה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בהשראת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62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מזוודה ישנה מכוסה אבק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הסטוריבורד בנוי משש סצנות קצרות.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במזוודה היו תמונה של הבית ומפתח, לא בגדים.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זיכרונות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הסצנה לתוכן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(מזוודה ישנה בעליית גג)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(ספינה בדרך לארץ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(תמונה ומפתח במזוודה)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(מחברת והמילה הראשונה בעברית)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מגלים מזוודה ישנה בעליית גג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סבתא עולה לארץ בספינה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פותחים את המזוודה ומוצאים תמונה ומפתח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המזוודה נסגרת ועולה שאלה לצופים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תמונה של הבית ומפתח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שכנה, מורה וחברה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 יש במזוודה (או בחפץ)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תיאור הסצנות ולבקש מהתלמידים לנחש מה קורה לפני קריאת הקריינות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המשימה הכתובה לשיעור חוסן ולדבר על חפצים משמעותיים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להשמיט את הפריטים המסומנים ולהתמקד בעובדות הבסיסיות של הסיפור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המזוודה של סבתא – סיפור דיגיטלי על עלייה וחוסן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סיפור קצר על מזוודה ישנה שמספרת את סיפור העלייה של סבתא. נבדוק מה קרה בכל סצנה ונחשוב על חפצים שמספרים סיפור גם אצלנו.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זיכרונות  ·  חבר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אורך הסרטון הדיגיטלי?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45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62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מוצאים בעליית הגג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ארגז 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מזוודה ישנה מכוסה אבק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ארון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הייתה המילה הראשונה שסבתא כתבה במחברת?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מתרחש לאורך שישה סצנות.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במזוודה סבתא מצאה רק בגדים ישנים.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המזוודה הייתה כבדה כי הייתה מלאה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הראשונה שסבתא למדה בעברית הייתה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את הסצנה לתוכן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סצנה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מחברת והמילה הראשונה בעברית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סצנה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תמונה ומפתח במזוודה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סצנה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ספינה בדרך לארץ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סצנה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מזוודה ישנה בעליית גג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המזוודה נסגרת ועולה שאלה לצופים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מגלים מזוודה ישנה בעליית גג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סבתא עולה לארץ בספינה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פותחים את המזוודה ומוצאים תמונה ומפתח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שני חפצים הופיעו בתוך המזוודה של סבתא?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עזר לסבתא להתמודד עם הקושי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המזוודה של סבתא – סיפור דיגיטלי על עלייה וחוסן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